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864"/>
          <w:sz w:val="48"/>
        </w:rPr>
        <w:t>STAVEBNÍ DENÍK</w:t>
      </w:r>
    </w:p>
    <w:p>
      <w:r>
        <w:rPr>
          <w:color w:val="555F6E"/>
        </w:rPr>
        <w:t>Záznamy o průběhu stavby. Deník je veden ode dne zahájení prací a je uložen na stavbě, přístupný oprávněným osobám.</w:t>
      </w:r>
    </w:p>
    <w:p>
      <w:r>
        <w:rPr>
          <w:b/>
          <w:color w:val="1F3864"/>
          <w:sz w:val="24"/>
        </w:rPr>
        <w:t>IDENTIFIKAČNÍ ÚDAJE STAVBY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515"/>
          </w:tcPr>
          <w:p>
            <w:r>
              <w:rPr>
                <w:b/>
              </w:rPr>
              <w:t>Název stavby</w:t>
            </w:r>
          </w:p>
        </w:tc>
        <w:tc>
          <w:tcPr>
            <w:tcW w:type="dxa" w:w="6350"/>
          </w:tcPr>
          <w:p/>
        </w:tc>
      </w:tr>
      <w:tr>
        <w:tc>
          <w:tcPr>
            <w:tcW w:type="dxa" w:w="3515"/>
          </w:tcPr>
          <w:p>
            <w:r>
              <w:rPr>
                <w:b/>
              </w:rPr>
              <w:t>Místo stavby (adresa, parcelní číslo, katastrální území)</w:t>
            </w:r>
          </w:p>
        </w:tc>
        <w:tc>
          <w:tcPr>
            <w:tcW w:type="dxa" w:w="6350"/>
          </w:tcPr>
          <w:p/>
        </w:tc>
      </w:tr>
      <w:tr>
        <w:tc>
          <w:tcPr>
            <w:tcW w:type="dxa" w:w="3515"/>
          </w:tcPr>
          <w:p>
            <w:r>
              <w:rPr>
                <w:b/>
              </w:rPr>
              <w:t>Stavebník (investor)</w:t>
            </w:r>
          </w:p>
        </w:tc>
        <w:tc>
          <w:tcPr>
            <w:tcW w:type="dxa" w:w="6350"/>
          </w:tcPr>
          <w:p/>
        </w:tc>
      </w:tr>
      <w:tr>
        <w:tc>
          <w:tcPr>
            <w:tcW w:type="dxa" w:w="3515"/>
          </w:tcPr>
          <w:p>
            <w:r>
              <w:rPr>
                <w:b/>
              </w:rPr>
              <w:t>Zhotovitel</w:t>
            </w:r>
          </w:p>
        </w:tc>
        <w:tc>
          <w:tcPr>
            <w:tcW w:type="dxa" w:w="6350"/>
          </w:tcPr>
          <w:p/>
        </w:tc>
      </w:tr>
      <w:tr>
        <w:tc>
          <w:tcPr>
            <w:tcW w:type="dxa" w:w="3515"/>
          </w:tcPr>
          <w:p>
            <w:r>
              <w:rPr>
                <w:b/>
              </w:rPr>
              <w:t>Stavbyvedoucí</w:t>
            </w:r>
          </w:p>
        </w:tc>
        <w:tc>
          <w:tcPr>
            <w:tcW w:type="dxa" w:w="6350"/>
          </w:tcPr>
          <w:p/>
        </w:tc>
      </w:tr>
      <w:tr>
        <w:tc>
          <w:tcPr>
            <w:tcW w:type="dxa" w:w="3515"/>
          </w:tcPr>
          <w:p>
            <w:r>
              <w:rPr>
                <w:b/>
              </w:rPr>
              <w:t>Technický dozor stavebníka</w:t>
            </w:r>
          </w:p>
        </w:tc>
        <w:tc>
          <w:tcPr>
            <w:tcW w:type="dxa" w:w="6350"/>
          </w:tcPr>
          <w:p/>
        </w:tc>
      </w:tr>
      <w:tr>
        <w:tc>
          <w:tcPr>
            <w:tcW w:type="dxa" w:w="3515"/>
          </w:tcPr>
          <w:p>
            <w:r>
              <w:rPr>
                <w:b/>
              </w:rPr>
              <w:t>Projektant</w:t>
            </w:r>
          </w:p>
        </w:tc>
        <w:tc>
          <w:tcPr>
            <w:tcW w:type="dxa" w:w="6350"/>
          </w:tcPr>
          <w:p/>
        </w:tc>
      </w:tr>
      <w:tr>
        <w:tc>
          <w:tcPr>
            <w:tcW w:type="dxa" w:w="3515"/>
          </w:tcPr>
          <w:p>
            <w:r>
              <w:rPr>
                <w:b/>
              </w:rPr>
              <w:t>Povolení stavby (číslo jednací, datum)</w:t>
            </w:r>
          </w:p>
        </w:tc>
        <w:tc>
          <w:tcPr>
            <w:tcW w:type="dxa" w:w="6350"/>
          </w:tcPr>
          <w:p/>
        </w:tc>
      </w:tr>
      <w:tr>
        <w:tc>
          <w:tcPr>
            <w:tcW w:type="dxa" w:w="3515"/>
          </w:tcPr>
          <w:p>
            <w:r>
              <w:rPr>
                <w:b/>
              </w:rPr>
              <w:t>Datum zahájení stavby</w:t>
            </w:r>
          </w:p>
        </w:tc>
        <w:tc>
          <w:tcPr>
            <w:tcW w:type="dxa" w:w="6350"/>
          </w:tcPr>
          <w:p/>
        </w:tc>
      </w:tr>
      <w:tr>
        <w:tc>
          <w:tcPr>
            <w:tcW w:type="dxa" w:w="3515"/>
          </w:tcPr>
          <w:p>
            <w:r>
              <w:rPr>
                <w:b/>
              </w:rPr>
              <w:t>Datum dokončení stavby</w:t>
            </w:r>
          </w:p>
        </w:tc>
        <w:tc>
          <w:tcPr>
            <w:tcW w:type="dxa" w:w="6350"/>
          </w:tcPr>
          <w:p/>
        </w:tc>
      </w:tr>
    </w:tbl>
    <w:p>
      <w:r>
        <w:br w:type="page"/>
      </w:r>
    </w:p>
    <w:p>
      <w:r>
        <w:rPr>
          <w:b/>
          <w:color w:val="1F3864"/>
          <w:sz w:val="24"/>
        </w:rPr>
        <w:t>DENNÍ ZÁZNAM č.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Datum:</w:t>
            </w:r>
          </w:p>
        </w:tc>
        <w:tc>
          <w:tcPr>
            <w:tcW w:type="dxa" w:w="2550"/>
          </w:tcPr>
          <w:p>
            <w:r>
              <w:t>Počasí:</w:t>
            </w:r>
          </w:p>
        </w:tc>
        <w:tc>
          <w:tcPr>
            <w:tcW w:type="dxa" w:w="2550"/>
          </w:tcPr>
          <w:p>
            <w:r>
              <w:t>Teplota:</w:t>
            </w:r>
          </w:p>
        </w:tc>
        <w:tc>
          <w:tcPr>
            <w:tcW w:type="dxa" w:w="2550"/>
          </w:tcPr>
          <w:p>
            <w:r>
              <w:t>Pracovníků: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381"/>
          </w:tcPr>
          <w:p>
            <w:r>
              <w:rPr>
                <w:b/>
              </w:rPr>
              <w:t>Provedené práce</w:t>
            </w:r>
          </w:p>
        </w:tc>
        <w:tc>
          <w:tcPr>
            <w:tcW w:type="dxa" w:w="7483"/>
          </w:tcPr>
          <w:p/>
          <w:p/>
          <w:p/>
          <w:p/>
          <w:p/>
          <w:p/>
          <w:p/>
          <w:p/>
          <w:p/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Materiál a dodávky</w:t>
            </w:r>
          </w:p>
        </w:tc>
        <w:tc>
          <w:tcPr>
            <w:tcW w:type="dxa" w:w="7483"/>
          </w:tcPr>
          <w:p/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Stroje a mechanizace</w:t>
            </w:r>
          </w:p>
        </w:tc>
        <w:tc>
          <w:tcPr>
            <w:tcW w:type="dxa" w:w="7483"/>
          </w:tcPr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Zkoušky a kontroly</w:t>
            </w:r>
          </w:p>
        </w:tc>
        <w:tc>
          <w:tcPr>
            <w:tcW w:type="dxa" w:w="7483"/>
          </w:tcPr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Návštěvy a zápisy</w:t>
            </w:r>
          </w:p>
        </w:tc>
        <w:tc>
          <w:tcPr>
            <w:tcW w:type="dxa" w:w="7483"/>
          </w:tcPr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Zapsal (jméno, podpis)</w:t>
            </w:r>
          </w:p>
        </w:tc>
        <w:tc>
          <w:tcPr>
            <w:tcW w:type="dxa" w:w="7483"/>
          </w:tcPr>
          <w:p/>
          <w:p/>
        </w:tc>
      </w:tr>
    </w:tbl>
    <w:p/>
    <w:p>
      <w:r>
        <w:rPr>
          <w:b/>
          <w:color w:val="1F3864"/>
          <w:sz w:val="24"/>
        </w:rPr>
        <w:t>DENNÍ ZÁZNAM č.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Datum:</w:t>
            </w:r>
          </w:p>
        </w:tc>
        <w:tc>
          <w:tcPr>
            <w:tcW w:type="dxa" w:w="2550"/>
          </w:tcPr>
          <w:p>
            <w:r>
              <w:t>Počasí:</w:t>
            </w:r>
          </w:p>
        </w:tc>
        <w:tc>
          <w:tcPr>
            <w:tcW w:type="dxa" w:w="2550"/>
          </w:tcPr>
          <w:p>
            <w:r>
              <w:t>Teplota:</w:t>
            </w:r>
          </w:p>
        </w:tc>
        <w:tc>
          <w:tcPr>
            <w:tcW w:type="dxa" w:w="2550"/>
          </w:tcPr>
          <w:p>
            <w:r>
              <w:t>Pracovníků: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381"/>
          </w:tcPr>
          <w:p>
            <w:r>
              <w:rPr>
                <w:b/>
              </w:rPr>
              <w:t>Provedené práce</w:t>
            </w:r>
          </w:p>
        </w:tc>
        <w:tc>
          <w:tcPr>
            <w:tcW w:type="dxa" w:w="7483"/>
          </w:tcPr>
          <w:p/>
          <w:p/>
          <w:p/>
          <w:p/>
          <w:p/>
          <w:p/>
          <w:p/>
          <w:p/>
          <w:p/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Materiál a dodávky</w:t>
            </w:r>
          </w:p>
        </w:tc>
        <w:tc>
          <w:tcPr>
            <w:tcW w:type="dxa" w:w="7483"/>
          </w:tcPr>
          <w:p/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Stroje a mechanizace</w:t>
            </w:r>
          </w:p>
        </w:tc>
        <w:tc>
          <w:tcPr>
            <w:tcW w:type="dxa" w:w="7483"/>
          </w:tcPr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Zkoušky a kontroly</w:t>
            </w:r>
          </w:p>
        </w:tc>
        <w:tc>
          <w:tcPr>
            <w:tcW w:type="dxa" w:w="7483"/>
          </w:tcPr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Návštěvy a zápisy</w:t>
            </w:r>
          </w:p>
        </w:tc>
        <w:tc>
          <w:tcPr>
            <w:tcW w:type="dxa" w:w="7483"/>
          </w:tcPr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Zapsal (jméno, podpis)</w:t>
            </w:r>
          </w:p>
        </w:tc>
        <w:tc>
          <w:tcPr>
            <w:tcW w:type="dxa" w:w="7483"/>
          </w:tcPr>
          <w:p/>
          <w:p/>
        </w:tc>
      </w:tr>
    </w:tbl>
    <w:p/>
    <w:p>
      <w:r>
        <w:rPr>
          <w:b/>
          <w:color w:val="1F3864"/>
          <w:sz w:val="24"/>
        </w:rPr>
        <w:t>DENNÍ ZÁZNAM č.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Datum:</w:t>
            </w:r>
          </w:p>
        </w:tc>
        <w:tc>
          <w:tcPr>
            <w:tcW w:type="dxa" w:w="2550"/>
          </w:tcPr>
          <w:p>
            <w:r>
              <w:t>Počasí:</w:t>
            </w:r>
          </w:p>
        </w:tc>
        <w:tc>
          <w:tcPr>
            <w:tcW w:type="dxa" w:w="2550"/>
          </w:tcPr>
          <w:p>
            <w:r>
              <w:t>Teplota:</w:t>
            </w:r>
          </w:p>
        </w:tc>
        <w:tc>
          <w:tcPr>
            <w:tcW w:type="dxa" w:w="2550"/>
          </w:tcPr>
          <w:p>
            <w:r>
              <w:t>Pracovníků: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381"/>
          </w:tcPr>
          <w:p>
            <w:r>
              <w:rPr>
                <w:b/>
              </w:rPr>
              <w:t>Provedené práce</w:t>
            </w:r>
          </w:p>
        </w:tc>
        <w:tc>
          <w:tcPr>
            <w:tcW w:type="dxa" w:w="7483"/>
          </w:tcPr>
          <w:p/>
          <w:p/>
          <w:p/>
          <w:p/>
          <w:p/>
          <w:p/>
          <w:p/>
          <w:p/>
          <w:p/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Materiál a dodávky</w:t>
            </w:r>
          </w:p>
        </w:tc>
        <w:tc>
          <w:tcPr>
            <w:tcW w:type="dxa" w:w="7483"/>
          </w:tcPr>
          <w:p/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Stroje a mechanizace</w:t>
            </w:r>
          </w:p>
        </w:tc>
        <w:tc>
          <w:tcPr>
            <w:tcW w:type="dxa" w:w="7483"/>
          </w:tcPr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Zkoušky a kontroly</w:t>
            </w:r>
          </w:p>
        </w:tc>
        <w:tc>
          <w:tcPr>
            <w:tcW w:type="dxa" w:w="7483"/>
          </w:tcPr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Návštěvy a zápisy</w:t>
            </w:r>
          </w:p>
        </w:tc>
        <w:tc>
          <w:tcPr>
            <w:tcW w:type="dxa" w:w="7483"/>
          </w:tcPr>
          <w:p/>
          <w:p/>
        </w:tc>
      </w:tr>
      <w:tr>
        <w:tc>
          <w:tcPr>
            <w:tcW w:type="dxa" w:w="2381"/>
          </w:tcPr>
          <w:p>
            <w:r>
              <w:rPr>
                <w:b/>
              </w:rPr>
              <w:t>Zapsal (jméno, podpis)</w:t>
            </w:r>
          </w:p>
        </w:tc>
        <w:tc>
          <w:tcPr>
            <w:tcW w:type="dxa" w:w="7483"/>
          </w:tcPr>
          <w:p/>
          <w:p/>
        </w:tc>
      </w:tr>
    </w:tbl>
    <w:sectPr w:rsidR="00FC693F" w:rsidRPr="0006063C" w:rsidSect="00034616">
      <w:pgSz w:w="12240" w:h="15840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